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업무일지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시간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수행 내용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결과/이슈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