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회의록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안건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논의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결정 사항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담당자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기한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