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출장신청서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결재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출장자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출장지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출장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출장 목적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신청·품의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금액/기한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세부 일정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예상 경비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교통·숙박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업무 인계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사유·기대효과·기타 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