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근태관리표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근태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</w:tcPr>
          <w:p/>
        </w:tc>
        <w:tc>
          <w:tcPr>
            <w:tcW w:type="dxa" w:w="2705"/>
          </w:tcPr>
          <w:p/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일자별 근태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202"/>
      </w:tblGrid>
      <w:tr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일자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요일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출근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퇴근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휴게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근무시간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지각/조퇴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휴가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비고</w:t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월간 집계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소정일수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출근일수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휴가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지각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조퇴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총근무시간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