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채용평가표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평가 대상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지원자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지원 분야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평가 항목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 항목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배점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 기준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점수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근거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직무 경험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전문 지식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문제 해결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의사소통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조직 적합성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합계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종합 의견·채용 의견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평가 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평가자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부서장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인사담당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