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업무인수인계서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기본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문서번호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작성일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20  년  월  일</w:t>
            </w:r>
          </w:p>
        </w:tc>
      </w:tr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작성자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주요 내용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64"/>
        <w:gridCol w:w="2164"/>
        <w:gridCol w:w="2164"/>
        <w:gridCol w:w="2164"/>
        <w:gridCol w:w="2164"/>
      </w:tblGrid>
      <w:tr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업무명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현재 상태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향후 조치</w:t>
            </w:r>
          </w:p>
        </w:tc>
        <w:tc>
          <w:tcPr>
            <w:tcW w:type="dxa" w:w="216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파일/관련자</w:t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16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문제점·지원 요청·특이사항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rPr>
          <w:trHeight w:val="1417"/>
        </w:trP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br/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확인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작성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검토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협조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승인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