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프로젝트계획서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문서번호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</w:t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주요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단계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세부 과업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담당자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시작일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완료일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산출물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문제점·지원 요청·특이사항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확인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