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결재서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결재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결재 제목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 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결재 요청 내용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신청·품의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내용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금액/기한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근거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예산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시행일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협조 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첨부 자료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사유·기대효과·기타 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