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합의서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당사자 정보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생년월일/등록번호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본인/갑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대리인/을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합의서 목적·배경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권한·합의·약속 사항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사항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내용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이행 기한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위반 책임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1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2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3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4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5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특약사항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작성·서명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본인/갑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대리인/을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