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예산관리표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월간 예산 기본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기준 기간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20  년  월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예산 목표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예상 총소득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저축 목표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소득 계획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46"/>
        <w:gridCol w:w="1546"/>
        <w:gridCol w:w="1546"/>
        <w:gridCol w:w="1546"/>
        <w:gridCol w:w="1546"/>
        <w:gridCol w:w="1546"/>
        <w:gridCol w:w="1546"/>
      </w:tblGrid>
      <w:tr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구분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항목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예상 금액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실제 금액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차이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입금일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비고</w:t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소득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소득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소득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소득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지출·저축 예산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46"/>
        <w:gridCol w:w="1546"/>
        <w:gridCol w:w="1546"/>
        <w:gridCol w:w="1546"/>
        <w:gridCol w:w="1546"/>
        <w:gridCol w:w="1546"/>
        <w:gridCol w:w="1546"/>
      </w:tblGrid>
      <w:tr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구분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항목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예산액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실제액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차이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지급일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조정 필요</w:t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고정지출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고정지출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변동지출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변동지출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저축·투자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부채상환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예비비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월간 예산 집계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04"/>
        <w:gridCol w:w="1804"/>
        <w:gridCol w:w="1804"/>
        <w:gridCol w:w="1804"/>
        <w:gridCol w:w="1804"/>
        <w:gridCol w:w="1804"/>
      </w:tblGrid>
      <w:tr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예상 소득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지출 예산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저축·투자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부채상환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예비비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계획 잔액</w:t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실제 집행 집계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04"/>
        <w:gridCol w:w="1804"/>
        <w:gridCol w:w="1804"/>
        <w:gridCol w:w="1804"/>
        <w:gridCol w:w="1804"/>
        <w:gridCol w:w="1804"/>
      </w:tblGrid>
      <w:tr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실제 소득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실제 지출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실제 저축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실제 상환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실제 잔액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예산 대비</w:t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초과 원인·다음 달 조정 계획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