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여행계획표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여행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여행명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여행지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여행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 ~ 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동행자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일자별 이동·방문 일정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일자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시간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출발지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도착지·장소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이동수단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예약번호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소요시간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메모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교통·숙소 예약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구분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업체·시설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이용 일시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예약자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예약번호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결제 금액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취소 기한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연락처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항공/철도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현지 교통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숙소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기타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여행 예산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예상 금액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지출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차이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결제수단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교통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숙박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식비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관광·체험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쇼핑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보험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예비비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합계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준비물·출발 전 점검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점검 항목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보관 위치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서류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신분증·여권·비자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예약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교통·숙소 예약 확인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안전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여행경보·입국요건 확인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안전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여행자보험·비상연락처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통신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로밍·유심·충전기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짐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의류·의약품·개인용품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비상·안전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현지 긴급전화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재외공관/관광안내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가족 비상연락처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보험사·증권번호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특이사항·대체 일정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