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이력서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6"/>
        <w:gridCol w:w="2176"/>
        <w:gridCol w:w="2176"/>
        <w:gridCol w:w="2176"/>
        <w:gridCol w:w="2176"/>
      </w:tblGrid>
      <w:tr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사진</w:t>
              <w:br/>
              <w:t>(3×4cm)</w:t>
            </w:r>
          </w:p>
        </w:tc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성명</w:t>
            </w:r>
          </w:p>
        </w:tc>
        <w:tc>
          <w:tcPr>
            <w:tcW w:type="dxa" w:w="284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생년월일</w:t>
            </w:r>
          </w:p>
        </w:tc>
        <w:tc>
          <w:tcPr>
            <w:tcW w:type="dxa" w:w="305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영문명</w:t>
            </w:r>
          </w:p>
        </w:tc>
        <w:tc>
          <w:tcPr>
            <w:tcW w:type="dxa" w:w="284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휴대전화</w:t>
            </w:r>
          </w:p>
        </w:tc>
        <w:tc>
          <w:tcPr>
            <w:tcW w:type="dxa" w:w="305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이메일</w:t>
            </w:r>
          </w:p>
        </w:tc>
        <w:tc>
          <w:tcPr>
            <w:tcW w:type="dxa" w:w="284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지원분야</w:t>
            </w:r>
          </w:p>
        </w:tc>
        <w:tc>
          <w:tcPr>
            <w:tcW w:type="dxa" w:w="305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  <w:tr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주소</w:t>
            </w:r>
          </w:p>
        </w:tc>
        <w:tc>
          <w:tcPr>
            <w:tcW w:type="dxa" w:w="284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305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76"/>
        <w:gridCol w:w="2176"/>
        <w:gridCol w:w="2176"/>
        <w:gridCol w:w="2176"/>
        <w:gridCol w:w="2176"/>
      </w:tblGrid>
      <w:tr>
        <w:tc>
          <w:tcPr>
            <w:tcW w:type="dxa" w:w="1265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구분</w:t>
            </w:r>
          </w:p>
        </w:tc>
        <w:tc>
          <w:tcPr>
            <w:tcW w:type="dxa" w:w="2004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년</w:t>
            </w:r>
          </w:p>
        </w:tc>
        <w:tc>
          <w:tcPr>
            <w:tcW w:type="dxa" w:w="421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월</w:t>
            </w:r>
          </w:p>
        </w:tc>
        <w:tc>
          <w:tcPr>
            <w:tcW w:type="dxa" w:w="1476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학교명 및 전공</w:t>
            </w:r>
          </w:p>
        </w:tc>
        <w:tc>
          <w:tcPr>
            <w:tcW w:type="dxa" w:w="158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졸업구분</w:t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학력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학력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학력</w:t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26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004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21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476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58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68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근무기간</w:t>
            </w:r>
          </w:p>
        </w:tc>
        <w:tc>
          <w:tcPr>
            <w:tcW w:type="dxa" w:w="506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회사명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부서/직위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담당업무 및 주요성과</w:t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20"/>
        <w:gridCol w:w="2720"/>
        <w:gridCol w:w="2720"/>
        <w:gridCol w:w="2720"/>
      </w:tblGrid>
      <w:tr>
        <w:tc>
          <w:tcPr>
            <w:tcW w:type="dxa" w:w="1687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취득일</w:t>
            </w:r>
          </w:p>
        </w:tc>
        <w:tc>
          <w:tcPr>
            <w:tcW w:type="dxa" w:w="5062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자격/면허명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발급기관</w:t>
            </w:r>
          </w:p>
        </w:tc>
        <w:tc>
          <w:tcPr>
            <w:tcW w:type="dxa" w:w="1898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비고</w:t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1687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062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98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2320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병역사항</w:t>
            </w:r>
          </w:p>
        </w:tc>
        <w:tc>
          <w:tcPr>
            <w:tcW w:type="dxa" w:w="822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군필 / 미필 / 면제 / 해당없음</w:t>
            </w:r>
          </w:p>
        </w:tc>
      </w:tr>
      <w:tr>
        <w:tc>
          <w:tcPr>
            <w:tcW w:type="dxa" w:w="2320"/>
            <w:shd w:fill="F2F2F2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sz w:val="16"/>
              </w:rPr>
              <w:t>기타사항</w:t>
            </w:r>
          </w:p>
        </w:tc>
        <w:tc>
          <w:tcPr>
            <w:tcW w:type="dxa" w:w="8225"/>
            <w:shd w:fill="FFFFFF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