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지출결의서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  <w:gridCol w:w="5159"/>
      </w:tblGrid>
      <w:tr>
        <w:tc>
          <w:tcPr>
            <w:tcW w:type="dxa" w:w="50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담당</w:t>
            </w:r>
          </w:p>
        </w:tc>
        <w:tc>
          <w:tcPr>
            <w:tcW w:type="dxa" w:w="50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검토</w:t>
            </w:r>
          </w:p>
        </w:tc>
        <w:tc>
          <w:tcPr>
            <w:tcW w:type="dxa" w:w="50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승인</w:t>
            </w:r>
          </w:p>
        </w:tc>
      </w:tr>
      <w:tr>
        <w:tc>
          <w:tcPr>
            <w:tcW w:type="dxa" w:w="506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결의번호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작성일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부서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작성자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지출목적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c>
          <w:tcPr>
            <w:tcW w:type="dxa" w:w="136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지출일</w:t>
            </w:r>
          </w:p>
        </w:tc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계정과목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거래처</w:t>
            </w:r>
          </w:p>
        </w:tc>
        <w:tc>
          <w:tcPr>
            <w:tcW w:type="dxa" w:w="364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적요</w:t>
            </w:r>
          </w:p>
        </w:tc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공급가액</w:t>
            </w:r>
          </w:p>
        </w:tc>
        <w:tc>
          <w:tcPr>
            <w:tcW w:type="dxa" w:w="151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세액</w:t>
            </w:r>
          </w:p>
        </w:tc>
        <w:tc>
          <w:tcPr>
            <w:tcW w:type="dxa" w:w="151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합계</w:t>
            </w:r>
          </w:p>
        </w:tc>
        <w:tc>
          <w:tcPr>
            <w:tcW w:type="dxa" w:w="121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증빙</w:t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합계</w:t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지급방법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계좌이체 / 법인카드 / 현금 / 기타</w:t>
            </w:r>
          </w:p>
        </w:tc>
      </w:tr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지급예정일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비고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