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일정표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일정표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기준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이번 기간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표준 시간대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Asia/Seoul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주간 일정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요일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시작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종료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일정명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장소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참석자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우선순위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  <w:tr>
        <w:trPr>
          <w:trHeight w:val="454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상/중/하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반복·알림·준비 관리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일정명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반복 주기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알림 시점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준비사항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담당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진행 상태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없음/매일/매주/매월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예정/진행/완료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마감·후속 일정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기한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업무·약속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후속 조치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일정 충돌·변경 사항 및 다음 기간 이월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