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독서기록장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책과 읽기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기록일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책 제목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지은이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출판사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읽은 기간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 ~ 20  년  월  일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분야·주제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읽은 내용 정리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쪽수·위치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내용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기억할 이유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핵심 내용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인상 깊은 부분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새로 알게 된 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떠오른 질문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줄거리·핵심 내용 요약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느낀 점과 나의 경험 연결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읽은 뒤 실천·확장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실천할 일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기한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확인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관련해서 읽을 책·자료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□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□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□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독서 평가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이해도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흥미도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추천도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한줄평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5점 만점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5점 만점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5점 만점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