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자산관리표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자산관리 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기준일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점검 주기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매월/분기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재무 목표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자산 현황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금융기관·보관처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상품·자산명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평가금액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현금화 가능 시점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비고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현금·예금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투자자산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연금·보험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부동산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차량·기타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부채 현황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46"/>
        <w:gridCol w:w="1546"/>
        <w:gridCol w:w="1546"/>
        <w:gridCol w:w="1546"/>
        <w:gridCol w:w="1546"/>
        <w:gridCol w:w="1546"/>
        <w:gridCol w:w="1546"/>
      </w:tblGrid>
      <w:tr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구분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금융기관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잔액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금리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월 상환액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상환일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비고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주택·전세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신용대출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학자금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카드·기타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순자산·현금흐름 요약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총자산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총부채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순자산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월 소득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월 지출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월 저축·상환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목표·실행 점검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목표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목표금액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목표일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현재금액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이번 달 실행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조정 필요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변동 사유·다음 점검 계획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