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식단표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문서번호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  일</w:t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주요 내용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업무명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추진 내용·성과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진행률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일정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협조/이슈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문제점·지원 요청·특이사항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확인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검토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승인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